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C73A4" w14:textId="77777777" w:rsidR="007B726D" w:rsidRDefault="00000000">
      <w:pPr>
        <w:jc w:val="center"/>
      </w:pPr>
      <w:r>
        <w:rPr>
          <w:b/>
          <w:sz w:val="32"/>
        </w:rPr>
        <w:t>EXIM INTEGRATED CLUB (EIC)</w:t>
      </w:r>
    </w:p>
    <w:p w14:paraId="5F4D51DD" w14:textId="77777777" w:rsidR="007B726D" w:rsidRDefault="00000000">
      <w:pPr>
        <w:jc w:val="center"/>
      </w:pPr>
      <w:r>
        <w:rPr>
          <w:b/>
          <w:sz w:val="24"/>
        </w:rPr>
        <w:t>NOMINATION FORM FOR THE ELECTION OF OFFICE BEARERS</w:t>
      </w:r>
    </w:p>
    <w:p w14:paraId="344A6BB8" w14:textId="52C4646C" w:rsidR="007B726D" w:rsidRDefault="00000000">
      <w:pPr>
        <w:jc w:val="center"/>
      </w:pPr>
      <w:r>
        <w:rPr>
          <w:b/>
        </w:rPr>
        <w:t>FOR THE TERM</w:t>
      </w:r>
      <w:r w:rsidR="004255FE">
        <w:rPr>
          <w:b/>
        </w:rPr>
        <w:t xml:space="preserve"> 2026</w:t>
      </w:r>
      <w:r>
        <w:rPr>
          <w:b/>
        </w:rPr>
        <w:t xml:space="preserve"> TO </w:t>
      </w:r>
      <w:r w:rsidR="004255FE">
        <w:rPr>
          <w:b/>
        </w:rPr>
        <w:t>2028</w:t>
      </w:r>
    </w:p>
    <w:p w14:paraId="261342EB" w14:textId="77777777" w:rsidR="007B726D" w:rsidRDefault="00000000">
      <w:r>
        <w:t>Date: ______________________</w:t>
      </w:r>
    </w:p>
    <w:p w14:paraId="4BFAF960" w14:textId="77777777" w:rsidR="007B726D" w:rsidRDefault="00000000">
      <w:r>
        <w:t>To,</w:t>
      </w:r>
      <w:r>
        <w:br/>
        <w:t>The Election Officer / Hon. Secretary</w:t>
      </w:r>
      <w:r>
        <w:br/>
        <w:t>Exim Integrated Club (EIC)</w:t>
      </w:r>
    </w:p>
    <w:p w14:paraId="763DC711" w14:textId="77777777" w:rsidR="007B726D" w:rsidRDefault="00000000">
      <w:r>
        <w:rPr>
          <w:b/>
        </w:rPr>
        <w:t>SUBJECT: NOMINATION FOR ELECTION OF OFFICE BEARER</w:t>
      </w:r>
    </w:p>
    <w:p w14:paraId="3B0AC64C" w14:textId="77777777" w:rsidR="007B726D" w:rsidRDefault="00000000">
      <w:r>
        <w:t>I wish to nominate myself for the post of an Office Bearer / Managing Committee Member of Exim Integrated Club (EIC) for the term __________ to __________.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7B726D" w14:paraId="04E93429" w14:textId="77777777">
        <w:trPr>
          <w:jc w:val="center"/>
        </w:trPr>
        <w:tc>
          <w:tcPr>
            <w:tcW w:w="5112" w:type="dxa"/>
            <w:vAlign w:val="center"/>
          </w:tcPr>
          <w:p w14:paraId="27661379" w14:textId="77777777" w:rsidR="007B726D" w:rsidRDefault="00000000">
            <w:r>
              <w:rPr>
                <w:b/>
                <w:sz w:val="18"/>
              </w:rPr>
              <w:t>Post Applied For</w:t>
            </w:r>
          </w:p>
        </w:tc>
        <w:tc>
          <w:tcPr>
            <w:tcW w:w="5112" w:type="dxa"/>
            <w:vAlign w:val="center"/>
          </w:tcPr>
          <w:p w14:paraId="1205D5D6" w14:textId="77777777" w:rsidR="007B726D" w:rsidRDefault="00000000">
            <w:r>
              <w:rPr>
                <w:sz w:val="18"/>
              </w:rPr>
              <w:t>____________________________________________</w:t>
            </w:r>
          </w:p>
        </w:tc>
      </w:tr>
      <w:tr w:rsidR="007B726D" w14:paraId="1A31006A" w14:textId="77777777">
        <w:trPr>
          <w:jc w:val="center"/>
        </w:trPr>
        <w:tc>
          <w:tcPr>
            <w:tcW w:w="5112" w:type="dxa"/>
            <w:vAlign w:val="center"/>
          </w:tcPr>
          <w:p w14:paraId="0182ABF7" w14:textId="77777777" w:rsidR="007B726D" w:rsidRDefault="00000000">
            <w:r>
              <w:rPr>
                <w:b/>
                <w:sz w:val="18"/>
              </w:rPr>
              <w:t>Full Name of Candidate</w:t>
            </w:r>
          </w:p>
        </w:tc>
        <w:tc>
          <w:tcPr>
            <w:tcW w:w="5112" w:type="dxa"/>
            <w:vAlign w:val="center"/>
          </w:tcPr>
          <w:p w14:paraId="0D0BD682" w14:textId="77777777" w:rsidR="007B726D" w:rsidRDefault="00000000">
            <w:r>
              <w:rPr>
                <w:sz w:val="18"/>
              </w:rPr>
              <w:t>____________________________________________</w:t>
            </w:r>
          </w:p>
        </w:tc>
      </w:tr>
      <w:tr w:rsidR="007B726D" w14:paraId="1D095EA0" w14:textId="77777777">
        <w:trPr>
          <w:jc w:val="center"/>
        </w:trPr>
        <w:tc>
          <w:tcPr>
            <w:tcW w:w="5112" w:type="dxa"/>
            <w:vAlign w:val="center"/>
          </w:tcPr>
          <w:p w14:paraId="64E9908D" w14:textId="77777777" w:rsidR="007B726D" w:rsidRDefault="00000000">
            <w:r>
              <w:rPr>
                <w:b/>
                <w:sz w:val="18"/>
              </w:rPr>
              <w:t>Name of Organization</w:t>
            </w:r>
          </w:p>
        </w:tc>
        <w:tc>
          <w:tcPr>
            <w:tcW w:w="5112" w:type="dxa"/>
            <w:vAlign w:val="center"/>
          </w:tcPr>
          <w:p w14:paraId="6F5B4F98" w14:textId="77777777" w:rsidR="007B726D" w:rsidRDefault="00000000">
            <w:r>
              <w:rPr>
                <w:sz w:val="18"/>
              </w:rPr>
              <w:t>____________________________________________</w:t>
            </w:r>
          </w:p>
        </w:tc>
      </w:tr>
      <w:tr w:rsidR="007B726D" w14:paraId="7E6CC47B" w14:textId="77777777">
        <w:trPr>
          <w:jc w:val="center"/>
        </w:trPr>
        <w:tc>
          <w:tcPr>
            <w:tcW w:w="5112" w:type="dxa"/>
            <w:vAlign w:val="center"/>
          </w:tcPr>
          <w:p w14:paraId="0B7FE2E4" w14:textId="77777777" w:rsidR="007B726D" w:rsidRDefault="00000000">
            <w:r>
              <w:rPr>
                <w:b/>
                <w:sz w:val="18"/>
              </w:rPr>
              <w:t>Designation</w:t>
            </w:r>
          </w:p>
        </w:tc>
        <w:tc>
          <w:tcPr>
            <w:tcW w:w="5112" w:type="dxa"/>
            <w:vAlign w:val="center"/>
          </w:tcPr>
          <w:p w14:paraId="442FF23C" w14:textId="77777777" w:rsidR="007B726D" w:rsidRDefault="00000000">
            <w:r>
              <w:rPr>
                <w:sz w:val="18"/>
              </w:rPr>
              <w:t>____________________________________________</w:t>
            </w:r>
          </w:p>
        </w:tc>
      </w:tr>
      <w:tr w:rsidR="007B726D" w14:paraId="0041437E" w14:textId="77777777">
        <w:trPr>
          <w:jc w:val="center"/>
        </w:trPr>
        <w:tc>
          <w:tcPr>
            <w:tcW w:w="5112" w:type="dxa"/>
            <w:vAlign w:val="center"/>
          </w:tcPr>
          <w:p w14:paraId="2DBA96F9" w14:textId="77777777" w:rsidR="007B726D" w:rsidRDefault="00000000">
            <w:r>
              <w:rPr>
                <w:b/>
                <w:sz w:val="18"/>
              </w:rPr>
              <w:t>EIC Membership No.</w:t>
            </w:r>
          </w:p>
        </w:tc>
        <w:tc>
          <w:tcPr>
            <w:tcW w:w="5112" w:type="dxa"/>
            <w:vAlign w:val="center"/>
          </w:tcPr>
          <w:p w14:paraId="6A3EA4B2" w14:textId="77777777" w:rsidR="007B726D" w:rsidRDefault="00000000">
            <w:r>
              <w:rPr>
                <w:sz w:val="18"/>
              </w:rPr>
              <w:t>____________________________________________</w:t>
            </w:r>
          </w:p>
        </w:tc>
      </w:tr>
      <w:tr w:rsidR="007B726D" w14:paraId="2489F56C" w14:textId="77777777">
        <w:trPr>
          <w:jc w:val="center"/>
        </w:trPr>
        <w:tc>
          <w:tcPr>
            <w:tcW w:w="5112" w:type="dxa"/>
            <w:vAlign w:val="center"/>
          </w:tcPr>
          <w:p w14:paraId="62C6F1CB" w14:textId="77777777" w:rsidR="007B726D" w:rsidRDefault="00000000">
            <w:r>
              <w:rPr>
                <w:b/>
                <w:sz w:val="18"/>
              </w:rPr>
              <w:t>Mobile No.</w:t>
            </w:r>
          </w:p>
        </w:tc>
        <w:tc>
          <w:tcPr>
            <w:tcW w:w="5112" w:type="dxa"/>
            <w:vAlign w:val="center"/>
          </w:tcPr>
          <w:p w14:paraId="0536DB5B" w14:textId="77777777" w:rsidR="007B726D" w:rsidRDefault="00000000">
            <w:r>
              <w:rPr>
                <w:sz w:val="18"/>
              </w:rPr>
              <w:t>____________________________________________</w:t>
            </w:r>
          </w:p>
        </w:tc>
      </w:tr>
      <w:tr w:rsidR="007B726D" w14:paraId="1F4F2A44" w14:textId="77777777">
        <w:trPr>
          <w:jc w:val="center"/>
        </w:trPr>
        <w:tc>
          <w:tcPr>
            <w:tcW w:w="5112" w:type="dxa"/>
            <w:vAlign w:val="center"/>
          </w:tcPr>
          <w:p w14:paraId="5B98EF06" w14:textId="77777777" w:rsidR="007B726D" w:rsidRDefault="00000000">
            <w:r>
              <w:rPr>
                <w:b/>
                <w:sz w:val="18"/>
              </w:rPr>
              <w:t>Email ID</w:t>
            </w:r>
          </w:p>
        </w:tc>
        <w:tc>
          <w:tcPr>
            <w:tcW w:w="5112" w:type="dxa"/>
            <w:vAlign w:val="center"/>
          </w:tcPr>
          <w:p w14:paraId="15169B44" w14:textId="77777777" w:rsidR="007B726D" w:rsidRDefault="00000000">
            <w:r>
              <w:rPr>
                <w:sz w:val="18"/>
              </w:rPr>
              <w:t>____________________________________________</w:t>
            </w:r>
          </w:p>
        </w:tc>
      </w:tr>
    </w:tbl>
    <w:p w14:paraId="3B152CC6" w14:textId="77777777" w:rsidR="007B726D" w:rsidRDefault="00000000">
      <w:r>
        <w:rPr>
          <w:b/>
        </w:rPr>
        <w:t>ELIGIBILITY DECLARATION</w:t>
      </w:r>
    </w:p>
    <w:p w14:paraId="36637901" w14:textId="77777777" w:rsidR="007B726D" w:rsidRDefault="00000000">
      <w:r>
        <w:t>1. I am a valid member of Exim Integrated Club (EIC) and my membership is active and in good standing.</w:t>
      </w:r>
    </w:p>
    <w:p w14:paraId="2125E35F" w14:textId="77777777" w:rsidR="007B726D" w:rsidRDefault="00000000">
      <w:r>
        <w:t>2. I have served as a Committee Member of EIC for a minimum period of 2 years as required for contesting the election.</w:t>
      </w:r>
    </w:p>
    <w:p w14:paraId="45907C58" w14:textId="77777777" w:rsidR="007B726D" w:rsidRDefault="00000000">
      <w:r>
        <w:t>3. I am eligible to contest for the post mentioned above as per the rules and regulations of EIC.</w:t>
      </w:r>
    </w:p>
    <w:p w14:paraId="52FF04B9" w14:textId="77777777" w:rsidR="007B726D" w:rsidRDefault="00000000">
      <w:r>
        <w:t>4. The information provided by me in this nomination form is true and correct.</w:t>
      </w:r>
    </w:p>
    <w:p w14:paraId="1C65155C" w14:textId="77777777" w:rsidR="007B726D" w:rsidRDefault="00000000">
      <w:r>
        <w:t>5. I agree to abide by the constitution, rules, election process and decisions of Exim Integrated Club (EIC).</w:t>
      </w:r>
    </w:p>
    <w:p w14:paraId="6CF13054" w14:textId="77777777" w:rsidR="007B726D" w:rsidRDefault="00000000">
      <w:r>
        <w:t>Signature of Candidate: _______________________________</w:t>
      </w:r>
    </w:p>
    <w:p w14:paraId="7BD7F269" w14:textId="77777777" w:rsidR="007B726D" w:rsidRDefault="00000000">
      <w:r>
        <w:t>Name: ________________________________________________</w:t>
      </w:r>
    </w:p>
    <w:p w14:paraId="267B9591" w14:textId="77777777" w:rsidR="007B726D" w:rsidRDefault="00000000">
      <w:r>
        <w:t>Organization Stamp: ___________________________________</w:t>
      </w:r>
    </w:p>
    <w:p w14:paraId="6E25930C" w14:textId="77777777" w:rsidR="007B726D" w:rsidRDefault="00000000">
      <w:r>
        <w:rPr>
          <w:b/>
        </w:rPr>
        <w:t>PROPOSED / SECONDED BY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12"/>
        <w:gridCol w:w="5112"/>
      </w:tblGrid>
      <w:tr w:rsidR="007B726D" w14:paraId="516A89A5" w14:textId="77777777">
        <w:trPr>
          <w:jc w:val="center"/>
        </w:trPr>
        <w:tc>
          <w:tcPr>
            <w:tcW w:w="5112" w:type="dxa"/>
            <w:vAlign w:val="center"/>
          </w:tcPr>
          <w:p w14:paraId="3287161E" w14:textId="77777777" w:rsidR="007B726D" w:rsidRDefault="00000000">
            <w:r>
              <w:rPr>
                <w:b/>
                <w:sz w:val="18"/>
              </w:rPr>
              <w:t>Full Name</w:t>
            </w:r>
          </w:p>
        </w:tc>
        <w:tc>
          <w:tcPr>
            <w:tcW w:w="5112" w:type="dxa"/>
            <w:vAlign w:val="center"/>
          </w:tcPr>
          <w:p w14:paraId="03683FF7" w14:textId="77777777" w:rsidR="007B726D" w:rsidRDefault="00000000">
            <w:r>
              <w:rPr>
                <w:sz w:val="18"/>
              </w:rPr>
              <w:t>____________________________________________</w:t>
            </w:r>
          </w:p>
        </w:tc>
      </w:tr>
      <w:tr w:rsidR="007B726D" w14:paraId="728969D2" w14:textId="77777777">
        <w:trPr>
          <w:jc w:val="center"/>
        </w:trPr>
        <w:tc>
          <w:tcPr>
            <w:tcW w:w="5112" w:type="dxa"/>
            <w:vAlign w:val="center"/>
          </w:tcPr>
          <w:p w14:paraId="7F2F7181" w14:textId="77777777" w:rsidR="007B726D" w:rsidRDefault="00000000">
            <w:r>
              <w:rPr>
                <w:b/>
                <w:sz w:val="18"/>
              </w:rPr>
              <w:t>EIC Membership No.</w:t>
            </w:r>
          </w:p>
        </w:tc>
        <w:tc>
          <w:tcPr>
            <w:tcW w:w="5112" w:type="dxa"/>
            <w:vAlign w:val="center"/>
          </w:tcPr>
          <w:p w14:paraId="5A2257A6" w14:textId="77777777" w:rsidR="007B726D" w:rsidRDefault="00000000">
            <w:r>
              <w:rPr>
                <w:sz w:val="18"/>
              </w:rPr>
              <w:t>____________________________________________</w:t>
            </w:r>
          </w:p>
        </w:tc>
      </w:tr>
      <w:tr w:rsidR="007B726D" w14:paraId="552C0507" w14:textId="77777777">
        <w:trPr>
          <w:jc w:val="center"/>
        </w:trPr>
        <w:tc>
          <w:tcPr>
            <w:tcW w:w="5112" w:type="dxa"/>
            <w:vAlign w:val="center"/>
          </w:tcPr>
          <w:p w14:paraId="1CAD9A6C" w14:textId="77777777" w:rsidR="007B726D" w:rsidRDefault="00000000">
            <w:r>
              <w:rPr>
                <w:b/>
                <w:sz w:val="18"/>
              </w:rPr>
              <w:t>Name of Organization</w:t>
            </w:r>
          </w:p>
        </w:tc>
        <w:tc>
          <w:tcPr>
            <w:tcW w:w="5112" w:type="dxa"/>
            <w:vAlign w:val="center"/>
          </w:tcPr>
          <w:p w14:paraId="4B09E1E6" w14:textId="77777777" w:rsidR="007B726D" w:rsidRDefault="00000000">
            <w:r>
              <w:rPr>
                <w:sz w:val="18"/>
              </w:rPr>
              <w:t>____________________________________________</w:t>
            </w:r>
          </w:p>
        </w:tc>
      </w:tr>
      <w:tr w:rsidR="007B726D" w14:paraId="6844423A" w14:textId="77777777">
        <w:trPr>
          <w:jc w:val="center"/>
        </w:trPr>
        <w:tc>
          <w:tcPr>
            <w:tcW w:w="5112" w:type="dxa"/>
            <w:vAlign w:val="center"/>
          </w:tcPr>
          <w:p w14:paraId="14C9BA88" w14:textId="77777777" w:rsidR="007B726D" w:rsidRDefault="00000000">
            <w:r>
              <w:rPr>
                <w:b/>
                <w:sz w:val="18"/>
              </w:rPr>
              <w:t>Signature</w:t>
            </w:r>
          </w:p>
        </w:tc>
        <w:tc>
          <w:tcPr>
            <w:tcW w:w="5112" w:type="dxa"/>
            <w:vAlign w:val="center"/>
          </w:tcPr>
          <w:p w14:paraId="1A05B6D8" w14:textId="77777777" w:rsidR="007B726D" w:rsidRDefault="00000000">
            <w:r>
              <w:rPr>
                <w:sz w:val="18"/>
              </w:rPr>
              <w:t>____________________________________________</w:t>
            </w:r>
          </w:p>
        </w:tc>
      </w:tr>
      <w:tr w:rsidR="007B726D" w14:paraId="2629ACCE" w14:textId="77777777">
        <w:trPr>
          <w:jc w:val="center"/>
        </w:trPr>
        <w:tc>
          <w:tcPr>
            <w:tcW w:w="5112" w:type="dxa"/>
            <w:vAlign w:val="center"/>
          </w:tcPr>
          <w:p w14:paraId="1DAD8908" w14:textId="77777777" w:rsidR="007B726D" w:rsidRDefault="00000000">
            <w:r>
              <w:rPr>
                <w:b/>
                <w:sz w:val="18"/>
              </w:rPr>
              <w:t>Organization Stamp</w:t>
            </w:r>
          </w:p>
        </w:tc>
        <w:tc>
          <w:tcPr>
            <w:tcW w:w="5112" w:type="dxa"/>
            <w:vAlign w:val="center"/>
          </w:tcPr>
          <w:p w14:paraId="256EC935" w14:textId="77777777" w:rsidR="007B726D" w:rsidRDefault="00000000">
            <w:r>
              <w:rPr>
                <w:sz w:val="18"/>
              </w:rPr>
              <w:t>____________________________________________</w:t>
            </w:r>
          </w:p>
        </w:tc>
      </w:tr>
    </w:tbl>
    <w:p w14:paraId="27D7174E" w14:textId="77777777" w:rsidR="007B726D" w:rsidRDefault="00000000">
      <w:r>
        <w:br w:type="page"/>
      </w:r>
    </w:p>
    <w:p w14:paraId="01A5D538" w14:textId="77777777" w:rsidR="007B726D" w:rsidRDefault="00000000">
      <w:r>
        <w:rPr>
          <w:b/>
        </w:rPr>
        <w:t>FOR OFFICIAL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7"/>
        <w:gridCol w:w="6223"/>
      </w:tblGrid>
      <w:tr w:rsidR="007B726D" w14:paraId="3B0E2DC1" w14:textId="77777777">
        <w:trPr>
          <w:jc w:val="center"/>
        </w:trPr>
        <w:tc>
          <w:tcPr>
            <w:tcW w:w="5112" w:type="dxa"/>
            <w:vAlign w:val="center"/>
          </w:tcPr>
          <w:p w14:paraId="51F17C91" w14:textId="77777777" w:rsidR="007B726D" w:rsidRDefault="00000000">
            <w:r>
              <w:rPr>
                <w:b/>
                <w:sz w:val="18"/>
              </w:rPr>
              <w:t>Membership Status</w:t>
            </w:r>
          </w:p>
        </w:tc>
        <w:tc>
          <w:tcPr>
            <w:tcW w:w="5112" w:type="dxa"/>
            <w:vAlign w:val="center"/>
          </w:tcPr>
          <w:p w14:paraId="38449B7F" w14:textId="77777777" w:rsidR="007B726D" w:rsidRDefault="00000000">
            <w:r>
              <w:rPr>
                <w:sz w:val="18"/>
              </w:rPr>
              <w:t>☐ Active / Valid     ☐ Membership dues clear     ☐ Eligibility verified</w:t>
            </w:r>
          </w:p>
        </w:tc>
      </w:tr>
      <w:tr w:rsidR="007B726D" w14:paraId="1BF407C4" w14:textId="77777777">
        <w:trPr>
          <w:jc w:val="center"/>
        </w:trPr>
        <w:tc>
          <w:tcPr>
            <w:tcW w:w="5112" w:type="dxa"/>
            <w:vAlign w:val="center"/>
          </w:tcPr>
          <w:p w14:paraId="29FE1E0E" w14:textId="77777777" w:rsidR="007B726D" w:rsidRDefault="00000000">
            <w:r>
              <w:rPr>
                <w:b/>
                <w:sz w:val="18"/>
              </w:rPr>
              <w:t>Committee Membership of Candidate</w:t>
            </w:r>
          </w:p>
        </w:tc>
        <w:tc>
          <w:tcPr>
            <w:tcW w:w="5112" w:type="dxa"/>
            <w:vAlign w:val="center"/>
          </w:tcPr>
          <w:p w14:paraId="14D3C9DE" w14:textId="77777777" w:rsidR="007B726D" w:rsidRDefault="00000000">
            <w:r>
              <w:rPr>
                <w:sz w:val="18"/>
              </w:rPr>
              <w:t>From ____________________ To ____________________</w:t>
            </w:r>
          </w:p>
        </w:tc>
      </w:tr>
      <w:tr w:rsidR="007B726D" w14:paraId="7566AA17" w14:textId="77777777">
        <w:trPr>
          <w:jc w:val="center"/>
        </w:trPr>
        <w:tc>
          <w:tcPr>
            <w:tcW w:w="5112" w:type="dxa"/>
            <w:vAlign w:val="center"/>
          </w:tcPr>
          <w:p w14:paraId="7BDAB3EE" w14:textId="77777777" w:rsidR="007B726D" w:rsidRDefault="00000000">
            <w:r>
              <w:rPr>
                <w:b/>
                <w:sz w:val="18"/>
              </w:rPr>
              <w:t>Minimum 2 Years Committee Membership</w:t>
            </w:r>
          </w:p>
        </w:tc>
        <w:tc>
          <w:tcPr>
            <w:tcW w:w="5112" w:type="dxa"/>
            <w:vAlign w:val="center"/>
          </w:tcPr>
          <w:p w14:paraId="1035A77A" w14:textId="77777777" w:rsidR="007B726D" w:rsidRDefault="00000000">
            <w:r>
              <w:rPr>
                <w:sz w:val="18"/>
              </w:rPr>
              <w:t>☐ YES     ☐ NO</w:t>
            </w:r>
          </w:p>
        </w:tc>
      </w:tr>
      <w:tr w:rsidR="007B726D" w14:paraId="6EC56652" w14:textId="77777777">
        <w:trPr>
          <w:jc w:val="center"/>
        </w:trPr>
        <w:tc>
          <w:tcPr>
            <w:tcW w:w="5112" w:type="dxa"/>
            <w:vAlign w:val="center"/>
          </w:tcPr>
          <w:p w14:paraId="7E982C16" w14:textId="77777777" w:rsidR="007B726D" w:rsidRDefault="00000000">
            <w:r>
              <w:rPr>
                <w:b/>
                <w:sz w:val="18"/>
              </w:rPr>
              <w:t>Nomination</w:t>
            </w:r>
          </w:p>
        </w:tc>
        <w:tc>
          <w:tcPr>
            <w:tcW w:w="5112" w:type="dxa"/>
            <w:vAlign w:val="center"/>
          </w:tcPr>
          <w:p w14:paraId="2EE05263" w14:textId="77777777" w:rsidR="007B726D" w:rsidRDefault="00000000">
            <w:r>
              <w:rPr>
                <w:sz w:val="18"/>
              </w:rPr>
              <w:t>☐ ACCEPTED     ☐ REJECTED</w:t>
            </w:r>
          </w:p>
        </w:tc>
      </w:tr>
      <w:tr w:rsidR="007B726D" w14:paraId="7A7FD7A4" w14:textId="77777777">
        <w:trPr>
          <w:jc w:val="center"/>
        </w:trPr>
        <w:tc>
          <w:tcPr>
            <w:tcW w:w="5112" w:type="dxa"/>
            <w:vAlign w:val="center"/>
          </w:tcPr>
          <w:p w14:paraId="25F34722" w14:textId="77777777" w:rsidR="007B726D" w:rsidRDefault="00000000">
            <w:r>
              <w:rPr>
                <w:b/>
                <w:sz w:val="18"/>
              </w:rPr>
              <w:t>Remarks</w:t>
            </w:r>
          </w:p>
        </w:tc>
        <w:tc>
          <w:tcPr>
            <w:tcW w:w="5112" w:type="dxa"/>
            <w:vAlign w:val="center"/>
          </w:tcPr>
          <w:p w14:paraId="00FCBA33" w14:textId="77777777" w:rsidR="007B726D" w:rsidRDefault="00000000">
            <w:r>
              <w:rPr>
                <w:sz w:val="18"/>
              </w:rPr>
              <w:t>____________________________________________________________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  <w:t>____________________________________________________________</w:t>
            </w:r>
          </w:p>
        </w:tc>
      </w:tr>
    </w:tbl>
    <w:p w14:paraId="1580B9B9" w14:textId="77777777" w:rsidR="007B726D" w:rsidRDefault="00000000">
      <w:r>
        <w:br/>
        <w:t>Election Officer / Hon. Secretary</w:t>
      </w:r>
      <w:r>
        <w:br/>
      </w:r>
      <w:r>
        <w:br/>
        <w:t>Signature: ___________________________</w:t>
      </w:r>
      <w:r>
        <w:br/>
      </w:r>
      <w:r>
        <w:br/>
        <w:t>Date: _________________________________</w:t>
      </w:r>
    </w:p>
    <w:p w14:paraId="0661B910" w14:textId="77777777" w:rsidR="007B726D" w:rsidRDefault="00000000">
      <w:r>
        <w:rPr>
          <w:b/>
        </w:rPr>
        <w:t>RULES FOR FILING THE NOMINATION FORM</w:t>
      </w:r>
    </w:p>
    <w:p w14:paraId="6E055FE5" w14:textId="325E52B2" w:rsidR="007B726D" w:rsidRDefault="00000000">
      <w:r>
        <w:t xml:space="preserve">1) The last date and time for filing the nomination form shall be </w:t>
      </w:r>
      <w:proofErr w:type="gramStart"/>
      <w:r w:rsidR="004255FE">
        <w:t>( 3</w:t>
      </w:r>
      <w:proofErr w:type="gramEnd"/>
      <w:r w:rsidR="004255FE">
        <w:t xml:space="preserve"> day prior to AGM </w:t>
      </w:r>
      <w:proofErr w:type="gramStart"/>
      <w:r w:rsidR="004255FE">
        <w:t>DATE )</w:t>
      </w:r>
      <w:proofErr w:type="gramEnd"/>
    </w:p>
    <w:p w14:paraId="5F3CC029" w14:textId="42C93306" w:rsidR="007B726D" w:rsidRDefault="00000000">
      <w:r>
        <w:t xml:space="preserve">2) Any change in nomination, correction or withdrawal of nomination shall be intimated </w:t>
      </w:r>
      <w:proofErr w:type="gramStart"/>
      <w:r>
        <w:t xml:space="preserve">by </w:t>
      </w:r>
      <w:r w:rsidR="004255FE">
        <w:t xml:space="preserve"> (</w:t>
      </w:r>
      <w:proofErr w:type="gramEnd"/>
      <w:r w:rsidR="004255FE">
        <w:t xml:space="preserve"> 2 days prior – add date </w:t>
      </w:r>
      <w:proofErr w:type="gramStart"/>
      <w:r w:rsidR="004255FE">
        <w:t>here )</w:t>
      </w:r>
      <w:proofErr w:type="gramEnd"/>
      <w:r>
        <w:t>.</w:t>
      </w:r>
    </w:p>
    <w:p w14:paraId="38A4DB5B" w14:textId="77777777" w:rsidR="007B726D" w:rsidRDefault="00000000">
      <w:r>
        <w:t>3) The duly completed nomination form should be submitted to the EIC Election Officer / Hon. Secretary within the prescribed date and time.</w:t>
      </w:r>
    </w:p>
    <w:p w14:paraId="27801291" w14:textId="77777777" w:rsidR="007B726D" w:rsidRDefault="00000000">
      <w:r>
        <w:t>4) The candidate contesting the election must have served as a Committee Member of Exim Integrated Club (EIC) for a minimum period of 2 years.</w:t>
      </w:r>
    </w:p>
    <w:p w14:paraId="77551CB7" w14:textId="77777777" w:rsidR="007B726D" w:rsidRDefault="00000000">
      <w:r>
        <w:t>5) The candidate's EIC membership must be active and valid on the date of filing the nomination.</w:t>
      </w:r>
    </w:p>
    <w:p w14:paraId="173B82BB" w14:textId="77777777" w:rsidR="007B726D" w:rsidRDefault="00000000">
      <w:r>
        <w:t>6) Any applicable membership dues / subscriptions payable by the candidate and the proposer/seconder should be cleared before submission.</w:t>
      </w:r>
    </w:p>
    <w:p w14:paraId="61130949" w14:textId="77777777" w:rsidR="007B726D" w:rsidRDefault="00000000">
      <w:r>
        <w:t>7) The candidate shall provide all required details and documents as prescribed by the Election Committee.</w:t>
      </w:r>
    </w:p>
    <w:p w14:paraId="32582F0E" w14:textId="77777777" w:rsidR="007B726D" w:rsidRDefault="00000000">
      <w:r>
        <w:t>8) If the nomination form is submitted or signed on behalf of an organization, an appropriate authority letter, wherever applicable, shall be attached.</w:t>
      </w:r>
    </w:p>
    <w:p w14:paraId="7C11F763" w14:textId="77777777" w:rsidR="007B726D" w:rsidRDefault="00000000">
      <w:r>
        <w:t>9) The candidate and proposer/seconder shall comply with all rules, regulations and decisions issued by the EIC Election Committee.</w:t>
      </w:r>
    </w:p>
    <w:p w14:paraId="584C7FDC" w14:textId="77777777" w:rsidR="007B726D" w:rsidRDefault="00000000">
      <w:r>
        <w:t>10) The Election Committee shall have the authority to verify the eligibility of the candidate and may accept or reject the nomination based on the applicable EIC election rules.</w:t>
      </w:r>
    </w:p>
    <w:p w14:paraId="09D1EE2C" w14:textId="77777777" w:rsidR="007B726D" w:rsidRDefault="00000000">
      <w:r>
        <w:t>11) Incomplete forms, forms received after the prescribed deadline, or forms submitted without the required information/documents may be rejected.</w:t>
      </w:r>
    </w:p>
    <w:p w14:paraId="55AAB9E4" w14:textId="77777777" w:rsidR="007B726D" w:rsidRDefault="00000000">
      <w:r>
        <w:t>12) The decision of the EIC Election Committee / Election Officer regarding acceptance or rejection of a nomination shall be final, subject to the applicable EIC rules.</w:t>
      </w:r>
    </w:p>
    <w:p w14:paraId="11AA4A9B" w14:textId="77777777" w:rsidR="007B726D" w:rsidRDefault="00000000">
      <w:r>
        <w:rPr>
          <w:b/>
        </w:rPr>
        <w:t>IMPORTANT ELIGIBILITY CONDITION</w:t>
      </w:r>
    </w:p>
    <w:p w14:paraId="4CFCC991" w14:textId="77777777" w:rsidR="007B726D" w:rsidRDefault="00000000">
      <w:r>
        <w:rPr>
          <w:b/>
        </w:rPr>
        <w:t>Only those EIC members who have served as a Committee Member of Exim Integrated Club for at least TWO (2) YEARS shall be eligible to contest for the Office Bearer / Managing Committee positions.</w:t>
      </w:r>
    </w:p>
    <w:p w14:paraId="18CD8E6E" w14:textId="77777777" w:rsidR="007B726D" w:rsidRDefault="00000000">
      <w:r>
        <w:t>Candidate's Committee Membership Period: From: ____________________  To: ____________________</w:t>
      </w:r>
    </w:p>
    <w:p w14:paraId="20DDC1C4" w14:textId="77777777" w:rsidR="007B726D" w:rsidRDefault="00000000">
      <w:r>
        <w:t>Verified By: ___________________________     Date: _________________________________</w:t>
      </w:r>
    </w:p>
    <w:sectPr w:rsidR="007B726D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23619891">
    <w:abstractNumId w:val="8"/>
  </w:num>
  <w:num w:numId="2" w16cid:durableId="313724600">
    <w:abstractNumId w:val="6"/>
  </w:num>
  <w:num w:numId="3" w16cid:durableId="486408642">
    <w:abstractNumId w:val="5"/>
  </w:num>
  <w:num w:numId="4" w16cid:durableId="860510316">
    <w:abstractNumId w:val="4"/>
  </w:num>
  <w:num w:numId="5" w16cid:durableId="1844003675">
    <w:abstractNumId w:val="7"/>
  </w:num>
  <w:num w:numId="6" w16cid:durableId="1834224684">
    <w:abstractNumId w:val="3"/>
  </w:num>
  <w:num w:numId="7" w16cid:durableId="121385719">
    <w:abstractNumId w:val="2"/>
  </w:num>
  <w:num w:numId="8" w16cid:durableId="1836067073">
    <w:abstractNumId w:val="1"/>
  </w:num>
  <w:num w:numId="9" w16cid:durableId="151068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C58C9"/>
    <w:rsid w:val="0015074B"/>
    <w:rsid w:val="0029639D"/>
    <w:rsid w:val="00326F90"/>
    <w:rsid w:val="004255FE"/>
    <w:rsid w:val="007B726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09560E"/>
  <w14:defaultImageDpi w14:val="300"/>
  <w15:docId w15:val="{E13E46C8-52EB-4096-83FF-9FD8F57D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Anand Paranjape</cp:lastModifiedBy>
  <cp:revision>2</cp:revision>
  <dcterms:created xsi:type="dcterms:W3CDTF">2013-12-23T23:15:00Z</dcterms:created>
  <dcterms:modified xsi:type="dcterms:W3CDTF">2026-08-24T11:59:00Z</dcterms:modified>
  <cp:category/>
</cp:coreProperties>
</file>